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D089" w14:textId="77777777" w:rsidR="0011291E" w:rsidRPr="00586023" w:rsidRDefault="009B756C">
      <w:pPr>
        <w:spacing w:after="40"/>
        <w:rPr>
          <w:rFonts w:ascii="Calibri" w:hAnsi="Calibri" w:cs="Calibri"/>
        </w:rPr>
      </w:pPr>
      <w:r w:rsidRPr="00586023">
        <w:rPr>
          <w:rFonts w:ascii="Calibri" w:hAnsi="Calibri" w:cs="Calibri"/>
          <w:b/>
          <w:color w:val="750014"/>
          <w:sz w:val="20"/>
        </w:rPr>
        <w:t>MONTANA MODEL UNITED NATIONS</w:t>
      </w:r>
    </w:p>
    <w:p w14:paraId="1A27FA27" w14:textId="77777777" w:rsidR="0011291E" w:rsidRPr="00586023" w:rsidRDefault="009B756C">
      <w:pPr>
        <w:spacing w:after="100"/>
        <w:rPr>
          <w:rFonts w:ascii="Calibri" w:hAnsi="Calibri" w:cs="Calibri"/>
        </w:rPr>
      </w:pPr>
      <w:r w:rsidRPr="00586023">
        <w:rPr>
          <w:rFonts w:ascii="Calibri" w:hAnsi="Calibri" w:cs="Calibri"/>
          <w:b/>
          <w:sz w:val="50"/>
        </w:rPr>
        <w:t>Country Research Worksheet</w:t>
      </w:r>
    </w:p>
    <w:p w14:paraId="0AB4709B" w14:textId="77777777" w:rsidR="0011291E" w:rsidRPr="00586023" w:rsidRDefault="009B756C">
      <w:pPr>
        <w:spacing w:after="280"/>
        <w:rPr>
          <w:rFonts w:ascii="Calibri" w:hAnsi="Calibri" w:cs="Calibri"/>
        </w:rPr>
      </w:pPr>
      <w:r w:rsidRPr="00586023">
        <w:rPr>
          <w:rFonts w:ascii="Calibri" w:hAnsi="Calibri" w:cs="Calibri"/>
          <w:color w:val="666666"/>
          <w:sz w:val="24"/>
        </w:rPr>
        <w:t>Build the evidence needed to represent your assigned state</w:t>
      </w:r>
    </w:p>
    <w:p w14:paraId="475093E5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Delegate name: </w:t>
      </w:r>
      <w:r w:rsidRPr="00586023">
        <w:rPr>
          <w:rFonts w:ascii="Calibri" w:hAnsi="Calibri" w:cs="Calibri"/>
        </w:rPr>
        <w:t>__________________________________________________________</w:t>
      </w:r>
    </w:p>
    <w:p w14:paraId="79468AC2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School: </w:t>
      </w:r>
      <w:r w:rsidRPr="00586023">
        <w:rPr>
          <w:rFonts w:ascii="Calibri" w:hAnsi="Calibri" w:cs="Calibri"/>
        </w:rPr>
        <w:t>__________________________________________________________</w:t>
      </w:r>
    </w:p>
    <w:p w14:paraId="22463B20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Assigned country: </w:t>
      </w:r>
      <w:r w:rsidRPr="00586023">
        <w:rPr>
          <w:rFonts w:ascii="Calibri" w:hAnsi="Calibri" w:cs="Calibri"/>
        </w:rPr>
        <w:t>__________________________________________________________</w:t>
      </w:r>
    </w:p>
    <w:p w14:paraId="7B56FDD5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Committee: </w:t>
      </w:r>
      <w:r w:rsidRPr="00586023">
        <w:rPr>
          <w:rFonts w:ascii="Calibri" w:hAnsi="Calibri" w:cs="Calibri"/>
        </w:rPr>
        <w:t>__________________________________________________________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11291E" w:rsidRPr="00586023" w14:paraId="78078E53" w14:textId="77777777">
        <w:tc>
          <w:tcPr>
            <w:tcW w:w="9360" w:type="dxa"/>
            <w:shd w:val="clear" w:color="auto" w:fill="F3E9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4D1F5" w14:textId="77777777" w:rsidR="0011291E" w:rsidRPr="00586023" w:rsidRDefault="009B756C">
            <w:pPr>
              <w:spacing w:after="40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750014"/>
              </w:rPr>
              <w:t xml:space="preserve">How to use this worksheet  </w:t>
            </w:r>
            <w:r w:rsidRPr="00586023">
              <w:rPr>
                <w:rFonts w:ascii="Calibri" w:hAnsi="Calibri" w:cs="Calibri"/>
              </w:rPr>
              <w:t>Record concise findings and a source for every factual claim. Convert the evidence into predictions about what your country will support, oppose, negotiate, and prioritize.</w:t>
            </w:r>
          </w:p>
        </w:tc>
      </w:tr>
    </w:tbl>
    <w:p w14:paraId="54EBFCB0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Country Snapshot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1291E" w:rsidRPr="00586023" w14:paraId="17D9DD28" w14:textId="77777777">
        <w:trPr>
          <w:tblHeader/>
        </w:trPr>
        <w:tc>
          <w:tcPr>
            <w:tcW w:w="270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9D38F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Research item</w:t>
            </w:r>
          </w:p>
        </w:tc>
        <w:tc>
          <w:tcPr>
            <w:tcW w:w="666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61D2B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Finding and source</w:t>
            </w:r>
          </w:p>
        </w:tc>
      </w:tr>
      <w:tr w:rsidR="0011291E" w:rsidRPr="00586023" w14:paraId="1F40E96E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5F58A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Official country name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976D7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2B6DB9B0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7D3D7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Capital and region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69F66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28CBC971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9602B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Population and data year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B132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767EB07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BC5F3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Official or widely used languages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5C335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48530CD1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52B8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Income classification and GDP per capita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4F4D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46C0E314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F86D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Head of state and head of government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5BD6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59AD72A7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43FF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Political system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7E94A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</w:tbl>
    <w:p w14:paraId="6E146867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lastRenderedPageBreak/>
        <w:t>Domestic Politics and Society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1291E" w:rsidRPr="00586023" w14:paraId="7BE220E9" w14:textId="77777777">
        <w:trPr>
          <w:tblHeader/>
        </w:trPr>
        <w:tc>
          <w:tcPr>
            <w:tcW w:w="270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61B4D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Research item</w:t>
            </w:r>
          </w:p>
        </w:tc>
        <w:tc>
          <w:tcPr>
            <w:tcW w:w="666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21165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Finding and source</w:t>
            </w:r>
          </w:p>
        </w:tc>
      </w:tr>
      <w:tr w:rsidR="0011291E" w:rsidRPr="00586023" w14:paraId="11DD23D0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586F4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Current governing party or coalition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6FF4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369E1C2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3992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Major opposition or political divisions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889D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5A602E55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A224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Recent election or leadership change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3285D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0F4C443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E55B6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Major human-rights or governance concerns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AF100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367F783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21386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Important ethnic, religious, linguistic, or regional dynamics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3ED33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63644C15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2F89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Domestic issue most likely to affect foreign policy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8B929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t>Source:</w:t>
            </w:r>
          </w:p>
        </w:tc>
      </w:tr>
    </w:tbl>
    <w:p w14:paraId="19C7BAF1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Economy and Development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1291E" w:rsidRPr="00586023" w14:paraId="75A49A1A" w14:textId="77777777">
        <w:trPr>
          <w:tblHeader/>
        </w:trPr>
        <w:tc>
          <w:tcPr>
            <w:tcW w:w="270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B65F3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Research item</w:t>
            </w:r>
          </w:p>
        </w:tc>
        <w:tc>
          <w:tcPr>
            <w:tcW w:w="666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2F02C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Finding and source</w:t>
            </w:r>
          </w:p>
        </w:tc>
      </w:tr>
      <w:tr w:rsidR="0011291E" w:rsidRPr="00586023" w14:paraId="3208D7B5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8DAA5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Major industries and sources of employment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8C7E1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2448CD50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813D9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Major exports, imports, and trading partners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E1E30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0A8808A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9408B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Energy sources and dependencies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DDD1A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21F6FE0B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1098C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Debt, aid, remittances, or sanctions exposure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804A5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1B2BE826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CA625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 xml:space="preserve">Key development goals or </w:t>
            </w:r>
            <w:r w:rsidRPr="00586023">
              <w:rPr>
                <w:rFonts w:ascii="Calibri" w:hAnsi="Calibri" w:cs="Calibri"/>
                <w:sz w:val="19"/>
              </w:rPr>
              <w:lastRenderedPageBreak/>
              <w:t>inequalities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E8B1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lastRenderedPageBreak/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lastRenderedPageBreak/>
              <w:br/>
              <w:t>Source:</w:t>
            </w:r>
          </w:p>
        </w:tc>
      </w:tr>
      <w:tr w:rsidR="0011291E" w:rsidRPr="00586023" w14:paraId="1DA3B6B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5C302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lastRenderedPageBreak/>
              <w:t>Economic leverage the country can offer partners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70F54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</w:tbl>
    <w:p w14:paraId="2CA4B8CF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Security and Foreign Policy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1291E" w:rsidRPr="00586023" w14:paraId="76052111" w14:textId="77777777">
        <w:trPr>
          <w:tblHeader/>
        </w:trPr>
        <w:tc>
          <w:tcPr>
            <w:tcW w:w="270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2B77D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Research item</w:t>
            </w:r>
          </w:p>
        </w:tc>
        <w:tc>
          <w:tcPr>
            <w:tcW w:w="666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60B87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Finding and source</w:t>
            </w:r>
          </w:p>
        </w:tc>
      </w:tr>
      <w:tr w:rsidR="0011291E" w:rsidRPr="00586023" w14:paraId="49D59C76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28016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Principal security concerns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8B005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2C2ECEC7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0433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Military alliances or defense partnerships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07C57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7326606B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F7279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Closest diplomatic partners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75F0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3DDAA6E8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4DDBE3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Major competitors or strained relationships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9666A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54E3876E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1E72E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Regional organizations and negotiating groups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E7B78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1D7F11E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CF62D3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Peacekeeping, humanitarian, or other international contributions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F06A8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</w:tbl>
    <w:p w14:paraId="2EDDBD15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United Nations Record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1291E" w:rsidRPr="00586023" w14:paraId="3F6B5070" w14:textId="77777777">
        <w:trPr>
          <w:tblHeader/>
        </w:trPr>
        <w:tc>
          <w:tcPr>
            <w:tcW w:w="270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B8807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Research item</w:t>
            </w:r>
          </w:p>
        </w:tc>
        <w:tc>
          <w:tcPr>
            <w:tcW w:w="6660" w:type="dxa"/>
            <w:shd w:val="clear" w:color="auto" w:fill="75001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E2D43" w14:textId="77777777" w:rsidR="0011291E" w:rsidRPr="00586023" w:rsidRDefault="009B756C">
            <w:pPr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b/>
                <w:color w:val="FFFFFF"/>
                <w:sz w:val="19"/>
              </w:rPr>
              <w:t>Finding and source</w:t>
            </w:r>
          </w:p>
        </w:tc>
      </w:tr>
      <w:tr w:rsidR="0011291E" w:rsidRPr="00586023" w14:paraId="3F97E19C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F99E26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UN regional group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34D9E5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7FBC496E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6F916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Recent General Debate priorities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E8B8C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lastRenderedPageBreak/>
              <w:t>Source:</w:t>
            </w:r>
          </w:p>
        </w:tc>
      </w:tr>
      <w:tr w:rsidR="0011291E" w:rsidRPr="00586023" w14:paraId="12F3AA44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9FD6A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lastRenderedPageBreak/>
              <w:t>Relevant treaties signed or ratified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BC079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7509F72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7B10C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Recent votes or resolutions sponsored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FD1A1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0ACA2EAE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AD80D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Statements or actions on Topic I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F3893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  <w:tr w:rsidR="0011291E" w:rsidRPr="00586023" w14:paraId="4DEA9D38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D836F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Statements or actions on Topic II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7F1F8" w14:textId="77777777" w:rsidR="0011291E" w:rsidRPr="00586023" w:rsidRDefault="009B756C">
            <w:pPr>
              <w:spacing w:after="40" w:line="252" w:lineRule="auto"/>
              <w:rPr>
                <w:rFonts w:ascii="Calibri" w:hAnsi="Calibri" w:cs="Calibri"/>
              </w:rPr>
            </w:pPr>
            <w:r w:rsidRPr="00586023">
              <w:rPr>
                <w:rFonts w:ascii="Calibri" w:hAnsi="Calibri" w:cs="Calibri"/>
                <w:sz w:val="19"/>
              </w:rPr>
              <w:t>Finding:</w:t>
            </w:r>
            <w:r w:rsidRPr="00586023">
              <w:rPr>
                <w:rFonts w:ascii="Calibri" w:hAnsi="Calibri" w:cs="Calibri"/>
                <w:sz w:val="19"/>
              </w:rPr>
              <w:br/>
            </w:r>
            <w:r w:rsidRPr="00586023">
              <w:rPr>
                <w:rFonts w:ascii="Calibri" w:hAnsi="Calibri" w:cs="Calibri"/>
                <w:sz w:val="19"/>
              </w:rPr>
              <w:br/>
              <w:t>Source:</w:t>
            </w:r>
          </w:p>
        </w:tc>
      </w:tr>
    </w:tbl>
    <w:p w14:paraId="3C9E5D4A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Topic I Position</w:t>
      </w:r>
    </w:p>
    <w:p w14:paraId="226DA199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outcome does your country want?</w:t>
      </w:r>
    </w:p>
    <w:p w14:paraId="62DD2985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598EC355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existing international action does it support or criticize?</w:t>
      </w:r>
    </w:p>
    <w:p w14:paraId="54E882EC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76F378EA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two proposals could it support?</w:t>
      </w:r>
    </w:p>
    <w:p w14:paraId="75729966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4873C994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is a red line?</w:t>
      </w:r>
    </w:p>
    <w:p w14:paraId="1D08FF6B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</w:r>
      <w:r w:rsidRPr="00586023">
        <w:rPr>
          <w:rFonts w:ascii="Calibri" w:hAnsi="Calibri" w:cs="Calibri"/>
        </w:rPr>
        <w:lastRenderedPageBreak/>
        <w:t>______________________________________________________________________________________________</w:t>
      </w:r>
    </w:p>
    <w:p w14:paraId="7D3B7EBD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Which countries or blocs are likely partners?</w:t>
      </w:r>
    </w:p>
    <w:p w14:paraId="6E7A14D0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5C7D6F04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Topic II Position</w:t>
      </w:r>
    </w:p>
    <w:p w14:paraId="5318C53E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outcome does your country want?</w:t>
      </w:r>
    </w:p>
    <w:p w14:paraId="7853BEBA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3FC8D24B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existing international action does it support or criticize?</w:t>
      </w:r>
    </w:p>
    <w:p w14:paraId="1638504E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096D77A3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two proposals could it support?</w:t>
      </w:r>
    </w:p>
    <w:p w14:paraId="47935DA3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7B7C239B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What is a red line?</w:t>
      </w:r>
    </w:p>
    <w:p w14:paraId="646EF900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  <w:t>______________________________________________________________________________________________</w:t>
      </w:r>
    </w:p>
    <w:p w14:paraId="10537368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>Which countries or blocs are likely partners?</w:t>
      </w:r>
    </w:p>
    <w:p w14:paraId="6C7F20AA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</w:rPr>
        <w:t>______________________________________________________________________________________________</w:t>
      </w:r>
      <w:r w:rsidRPr="00586023">
        <w:rPr>
          <w:rFonts w:ascii="Calibri" w:hAnsi="Calibri" w:cs="Calibri"/>
        </w:rPr>
        <w:br/>
      </w:r>
      <w:r w:rsidRPr="00586023">
        <w:rPr>
          <w:rFonts w:ascii="Calibri" w:hAnsi="Calibri" w:cs="Calibri"/>
        </w:rPr>
        <w:lastRenderedPageBreak/>
        <w:t>______________________________________________________________________________________________</w:t>
      </w:r>
    </w:p>
    <w:p w14:paraId="64150953" w14:textId="77777777" w:rsidR="0011291E" w:rsidRPr="00586023" w:rsidRDefault="009B756C">
      <w:pPr>
        <w:pStyle w:val="Heading1"/>
        <w:rPr>
          <w:rFonts w:ascii="Calibri" w:hAnsi="Calibri" w:cs="Calibri"/>
        </w:rPr>
      </w:pPr>
      <w:r w:rsidRPr="00586023">
        <w:rPr>
          <w:rFonts w:ascii="Calibri" w:hAnsi="Calibri" w:cs="Calibri"/>
        </w:rPr>
        <w:t>Negotiation Strategy</w:t>
      </w:r>
    </w:p>
    <w:p w14:paraId="1613A0D4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Three countries to approach first: </w:t>
      </w:r>
      <w:r w:rsidRPr="00586023">
        <w:rPr>
          <w:rFonts w:ascii="Calibri" w:hAnsi="Calibri" w:cs="Calibri"/>
        </w:rPr>
        <w:t>_________________________________________________________________</w:t>
      </w:r>
    </w:p>
    <w:p w14:paraId="0A0D992B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What your country can offer: </w:t>
      </w:r>
      <w:r w:rsidRPr="00586023">
        <w:rPr>
          <w:rFonts w:ascii="Calibri" w:hAnsi="Calibri" w:cs="Calibri"/>
        </w:rPr>
        <w:t>_________________________________________________________________</w:t>
      </w:r>
    </w:p>
    <w:p w14:paraId="46B9CA48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What your country needs from others: </w:t>
      </w:r>
      <w:r w:rsidRPr="00586023">
        <w:rPr>
          <w:rFonts w:ascii="Calibri" w:hAnsi="Calibri" w:cs="Calibri"/>
        </w:rPr>
        <w:t>_________________________________________________________________</w:t>
      </w:r>
    </w:p>
    <w:p w14:paraId="609206D1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A compromise your country could accept: </w:t>
      </w:r>
      <w:r w:rsidRPr="00586023">
        <w:rPr>
          <w:rFonts w:ascii="Calibri" w:hAnsi="Calibri" w:cs="Calibri"/>
        </w:rPr>
        <w:t>_________________________________________________________________</w:t>
      </w:r>
    </w:p>
    <w:p w14:paraId="5D1C77E2" w14:textId="77777777" w:rsidR="0011291E" w:rsidRPr="00586023" w:rsidRDefault="009B756C">
      <w:pPr>
        <w:rPr>
          <w:rFonts w:ascii="Calibri" w:hAnsi="Calibri" w:cs="Calibri"/>
        </w:rPr>
      </w:pPr>
      <w:r w:rsidRPr="00586023">
        <w:rPr>
          <w:rFonts w:ascii="Calibri" w:hAnsi="Calibri" w:cs="Calibri"/>
          <w:b/>
        </w:rPr>
        <w:t xml:space="preserve">One claim you need to verify before the conference: </w:t>
      </w:r>
      <w:r w:rsidRPr="00586023">
        <w:rPr>
          <w:rFonts w:ascii="Calibri" w:hAnsi="Calibri" w:cs="Calibri"/>
        </w:rPr>
        <w:t>_________________________________________________________________</w:t>
      </w:r>
    </w:p>
    <w:sectPr w:rsidR="0011291E" w:rsidRPr="00586023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67463" w14:textId="77777777" w:rsidR="009B756C" w:rsidRDefault="009B756C">
      <w:pPr>
        <w:spacing w:after="0" w:line="240" w:lineRule="auto"/>
      </w:pPr>
      <w:r>
        <w:separator/>
      </w:r>
    </w:p>
  </w:endnote>
  <w:endnote w:type="continuationSeparator" w:id="0">
    <w:p w14:paraId="7560F848" w14:textId="77777777" w:rsidR="009B756C" w:rsidRDefault="009B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335E" w14:textId="77777777" w:rsidR="0011291E" w:rsidRDefault="009B756C">
    <w:pPr>
      <w:pStyle w:val="Footer"/>
      <w:jc w:val="right"/>
    </w:pPr>
    <w:r>
      <w:rPr>
        <w:color w:val="666666"/>
        <w:sz w:val="18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58602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B84E" w14:textId="77777777" w:rsidR="009B756C" w:rsidRDefault="009B756C">
      <w:pPr>
        <w:spacing w:after="0" w:line="240" w:lineRule="auto"/>
      </w:pPr>
      <w:r>
        <w:separator/>
      </w:r>
    </w:p>
  </w:footnote>
  <w:footnote w:type="continuationSeparator" w:id="0">
    <w:p w14:paraId="671003D0" w14:textId="77777777" w:rsidR="009B756C" w:rsidRDefault="009B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ECB2" w14:textId="6251CD5B" w:rsidR="0011291E" w:rsidRDefault="009B756C">
    <w:pPr>
      <w:pStyle w:val="Header"/>
      <w:jc w:val="right"/>
    </w:pPr>
    <w:r>
      <w:rPr>
        <w:b/>
        <w:color w:val="750014"/>
        <w:sz w:val="17"/>
      </w:rPr>
      <w:t xml:space="preserve">MONTANA MODEL UNITED NATIONS </w:t>
    </w:r>
    <w:proofErr w:type="gramStart"/>
    <w:r>
      <w:rPr>
        <w:b/>
        <w:color w:val="750014"/>
        <w:sz w:val="17"/>
      </w:rPr>
      <w:t xml:space="preserve">|  </w:t>
    </w:r>
    <w:r w:rsidR="00586023">
      <w:rPr>
        <w:b/>
        <w:color w:val="750014"/>
        <w:sz w:val="17"/>
      </w:rPr>
      <w:t>H</w:t>
    </w:r>
    <w:r>
      <w:rPr>
        <w:b/>
        <w:color w:val="750014"/>
        <w:sz w:val="17"/>
      </w:rPr>
      <w:t>IGH</w:t>
    </w:r>
    <w:proofErr w:type="gramEnd"/>
    <w:r>
      <w:rPr>
        <w:b/>
        <w:color w:val="750014"/>
        <w:sz w:val="17"/>
      </w:rPr>
      <w:t xml:space="preserve"> SCHOOL 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8124208">
    <w:abstractNumId w:val="8"/>
  </w:num>
  <w:num w:numId="2" w16cid:durableId="994184442">
    <w:abstractNumId w:val="6"/>
  </w:num>
  <w:num w:numId="3" w16cid:durableId="1447770302">
    <w:abstractNumId w:val="5"/>
  </w:num>
  <w:num w:numId="4" w16cid:durableId="1818108025">
    <w:abstractNumId w:val="4"/>
  </w:num>
  <w:num w:numId="5" w16cid:durableId="1129855377">
    <w:abstractNumId w:val="7"/>
  </w:num>
  <w:num w:numId="6" w16cid:durableId="611203692">
    <w:abstractNumId w:val="3"/>
  </w:num>
  <w:num w:numId="7" w16cid:durableId="953093389">
    <w:abstractNumId w:val="2"/>
  </w:num>
  <w:num w:numId="8" w16cid:durableId="631398963">
    <w:abstractNumId w:val="1"/>
  </w:num>
  <w:num w:numId="9" w16cid:durableId="74785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B6C"/>
    <w:rsid w:val="0011291E"/>
    <w:rsid w:val="0015074B"/>
    <w:rsid w:val="0029639D"/>
    <w:rsid w:val="00326F90"/>
    <w:rsid w:val="00332D4B"/>
    <w:rsid w:val="00586023"/>
    <w:rsid w:val="009B756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168460"/>
  <w14:defaultImageDpi w14:val="300"/>
  <w15:docId w15:val="{ED1FEB3D-BAD5-413D-A528-01BFE53A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2222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75001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7500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7500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40" w:hanging="271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540" w:hanging="271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Beccari</dc:creator>
  <cp:keywords/>
  <dc:description>generated by python-docx</dc:description>
  <cp:lastModifiedBy>Beccari, Dominic</cp:lastModifiedBy>
  <cp:revision>2</cp:revision>
  <dcterms:created xsi:type="dcterms:W3CDTF">2026-09-02T21:37:00Z</dcterms:created>
  <dcterms:modified xsi:type="dcterms:W3CDTF">2026-09-02T21:37:00Z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3f5388e4-6df2-4f8c-b28d-49b187322921</vt:lpwstr>
  </property>
</Properties>
</file>